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אוכל ומטבח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דו-משמעיות הקשורות לאוכל ולמטבח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ניקוד משנה את משמעות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יצירתיות בעברית דרך משחקי לשון על 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כלום, אף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מילה דו-משמעית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כינוי עממי ולא תואר רשמי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לשתי המשמעויות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(ירק לבישול, וגם מילה שמשמעותה כלום)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(מים קפואים, וגם אדם בלי שיער)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יצירתיות, שימוש נכון בתואר מלך/מלכה, וקשר ברור למאכל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אותן אותיות בדיוק, אבל ההקשר במשפט קובע איזו משמעות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שום/קרח/מלח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שניקוד יכול לשנות משמעות לגמרי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את התמונות מהדף ולתת לתלמידים לנחש את הפתרון לפני חשיפת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לחפש בעצמם זוגות מילים נוספות עם ניקוד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להפוך את משימת היצירה (מלך/מלכת המאכל) לפעילות ציור קבוצתית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אוכל ומטבח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ניפגש עם מילים מעולם האוכל שיש להן יותר ממשמעות אחת, כמו שום, קרח ומלח. נבדוק איך ניקוד, הקשר ומשחקי מילים יכולים לשנות את הפירוש של אותה מילה בדיוק.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שום  ·  לש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"שום" במשפט "אין לי שום דבר"?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ירק שמשתמשים בו לבישול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כלום, אף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מאכל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האופה לבצק לפני האפייה?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אותו במקרר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מצייר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"שום" יכולה להיות גם ירק וגם מילה שמשמעותה "כלום"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"מלך הפלאפל" הוא תואר רשמי שמעניקים למקום הטוב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__________ יכולה להיות גם ירק לבישול וגם מילה שמשמעותה "כלום"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האפייה, האופה __________ את הבצק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לשתי המשמעויות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מים קפואים, וגם אדם בלי שיער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ירק לבישול, וגם מילה שמשמעותה כלום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מאכל אהוב עליכם והמציאו לו תואר מלכותי (למשל: מלך החומוס, מלכת הפיצה). כתבו שני משפטים שמתארים אותו וספרו איך הייתם מציירים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המילה "שום" במשמעות ירק לבין המילה "שום" במשמעות כלום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אחת שיש לה שתי משמעויות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ניקוד למשמעות של מילה כמו 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בתמונות – אוכל ומטבח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