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משחקי מילים בתמונות – אוכל ומטבח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דו-משמעיות הקשורות לאוכל ולמטבח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ניקוד משנה את משמעות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יצירתיות בעברית דרך משחקי לשון על מאכלים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–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כלום, אף דבר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ההבדל הוא בניקוד ובמשמעות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לש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מלך הפלאפל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כי הוא חמוץ בטעם וגם כינוי לדחייה חברתית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אחת מילה לתיבול אוכל והשנייה אדם שעובד על ספינה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מילה דו-משמעית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לפעמים ל' היא מילת יחס ולא חלק מהשורש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אותן אותיות, ניקוד שונה, משמעות 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זה כינוי עממי ולא תואר רשמי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תרגיל יצירתי בעברית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מלח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חמוץ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מלך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לשתי המשמעויות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(ירק לבישול, וגם מילה שמשמעותה כלום)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(מים קפואים, וגם אדם בלי שיער)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(תבלין לאוכל, וגם עובד על ספינה)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(חפץ לקריאה, וגם איש שחותך שיער)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(בד שמסמל מדינה, וגם מי שנושא דגל)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יצירתיות, שימוש נכון בתואר מלך/מלכה, וקשר ברור למאכל שנבחר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לבדוק שני משפטים נכונים עם שתי משמעויות שונות של אותן אותיות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הסבר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אותן אותיות בדיוק, אבל ההקשר במשפט קובע איזו משמעות מתאימה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תקינה כמו שום/קרח/מלח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שניקוד יכול לשנות משמעות לגמרי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עם הסבר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להקרין את התמונות מהדף ולתת לתלמידים לנחש את הפתרון לפני חשיפת התשובה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את התלמידים לחפש בעצמם זוגות מילים נוספות עם ניקוד שונה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להפוך את משימת היצירה (מלך/מלכת המאכל) לפעילות ציור קבוצתית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משחקי מילים בתמונות – אוכל ומטבח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מילים על אוכל. לכל מילה יש יותר מפירוש אחד. נלמד איך לדעת מה הפירוש הנכון.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מילה דו-משמעית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שיש לה יותר מפירוש אחד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ניקוד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סימנים מעל ומתחת לאותיות שעוזרים לקרוא ולהבין 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האותיות העיקריות שבונות את המילה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יחס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קטנה כמו ל-, ב-, מ- שמחברת בין מילים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פעולה של עיבוד בצק ביד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חמוץ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טעם של לימון, וגם כינוי לאדם לא פופולרי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מלח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גם תבלין לאוכל וגם עובד על ספינה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–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המילה שום אומרת כאן?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ירק שמשתמשים בו לבישול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כלום, אף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של מאכל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תבלין מתוק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במה שונות שתי המילים קרח?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הבדל, זו אותה מילה בדיוק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ההבדל הוא בניקוד ובמשמעות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ההבדל הוא רק בכתיב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ההבדל הוא רק במין הדקדוקי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לבצק לפני התנור?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אותו במקרר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מצייר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שוטף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קוראים לדוכן הכי טוב?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נסיך הפלאפל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מלך הפלאפל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שר הפלאפל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אדון הפלאפל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הלימון חמוץ בשני מובנים?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הוא קטן מכולם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יש בו הרבה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הוא חמוץ בטעם וגם כינוי לדחייה חברתית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הוא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במה שונות שתי המילים מלח?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אחת מילה לתיבול אוכל והשנייה אדם שעובד על ספינה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שתיהן שם של דג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מלח הוא תמיד שם פרטי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"שום" יכולה להיות גם ירק וגם מילה שמשמעותה "כלום"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ל' במילה תמיד שייכת לשורש המילה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ניקוד יכול לשנות לגמרי את משמעות המילה, כמו בספר וסַפָּר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"מלך הפלאפל" הוא תואר רשמי שמעניקים למקום הטוב ביותר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להמציא תואר מלכותי למאכל אהוב ולצייר אותו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__________ יכולה להיות גם ירק לבישול וגם מילה שמשמעותה "כלום"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הוא תבלין שמוסיפים לאוכל, וגם שם לעובד על ספינה (בניקוד שונה)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לפני האפייה, האופה __________ את הבצק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אדם שלא מסתדר עם חברים נקרא לפעמים "הבחור הכי __________ בשכבה"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דוכן שמכין את הפלאפל הטוב ביותר בעיר מקבל את הכינוי "__________ הפלאפל"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לשתי המשמעויות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מים קפואים, וגם אדם בלי שיער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קרח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בד שמסמל מדינה, וגם מי שנושא דגל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מלח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ירק לבישול, וגם מילה שמשמעותה כלום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תבלין לאוכל, וגם עובד על ספינה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חפץ לקריאה, וגם איש שחותך שיער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מאכל אהוב עליכם והמציאו לו תואר מלכותי (למשל: מלך החומוס, מלכת הפיצה). כתבו שני משפטים שמתארים אותו וספרו איך הייתם מציירים אותו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מצאו זוג מילים נוסף שנכתב אותו דבר אך נבדל רק בניקוד (כמו דגל/דגל או ספר/ספר), וכתבו משפט קצר לכל משמעות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הסבר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המילה "שום" במשמעות ירק לבין המילה "שום" במשמעות כלום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אחת שיש לה שתי משמעויות שונות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עושה ניקוד למשמעות של מילה כמו ספר?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מילים מהדף היום הכי הפתיעו אתכם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משחקי מילים בתמונות – אוכל ומטבח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